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באופן עצמאי את חמשת צעדי שיטת הבלש על כל 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ולסווג פעלים לפי גזרת הנחים: ל"ה/י, פ"י/ו, ע"ו/י וחסרי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כיצד אות נחה משפיעה על צליל הפועל בבניינים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לבצע הבחנה מדויקת בין תופעת הנחת האות לבין תופעת הבליעה (פ"נ)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שיטת הבלש: חמשת הצעדים לאיתור שורש חסר – זיהוי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ו, י,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שיטת הבלש: חמשת הצעדים לאיתור שורש חסר – יישום על 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אות נחה נכתבת אך לרוב אינה נשמעת, או נעלמת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אחרי זיהוי הבניין מורידים את האותיות שהוא הוסיף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שיטת הבלש: חמשת הצעדים לאיתור שורש חסר – תרגול על פעלים מהאתר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3 · גזרת פ"י/ו: כשהאות הראשונה נחה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האות הראשונה יכולה להיות גם ו׳ וגם י׳, לכן רושמים אותה כ-י/ו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 השמטת מוספיות ההפעיל נשארות 3 אותיות: י/ו-ב-ל, והראשונה 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הצליל האופייני לנפעל בגזרה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הֵינִיק, הֵימִין, הֵילִיל, הֵישִׁיר, הֵיטִיב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3 · גזרת פ"י/ו: כשהאות הראשונה נחה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י/ו-ד-ע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נוֹלַד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הפעיל (הוֹבִיל)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אִישַׁן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י/ו-ט-ב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גזרת פ"י/ו: כשהאות הראשונה נחה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מעבירים את הפועל לבניין הפעיל: הוּרַד הופך להוֹרִיד (3 אותיות - פ"י/ו), והוּקַם הופך להֵקִים (2 אותיות - 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לדוגמה + שלבים: הוא אתמול הוֹשִׁיב, בניין הפעיל, השמטת ה-י, נשארות 3 אותיות י/ו-ש-ב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האות הראשונה הנחה גורמת לשינוי התנועה; השורוק מחליף את הקובוץ הרגיל של הופעל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לדוגמה: הֵינִיק - י/ו-נ-ק; הֵימִין - י/ו-מ-ן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4 · גזרת ע"ו/י: כשהאות האמצעית נחה – זיהוי ראשוני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נשארו רק שתי אותיות (ש־ר) בלי דגש – סימן לבניין קל בגזרה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נשמע נפעל בגזרה זו: נָסוֹג, נָמוֹג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בהפעיל הה׳ מנוקדת בצירה: הֵקִים, הֵעִיר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אכן כך – הוּקַם, הוּרַם, במקום "הֻקַם"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4 · גזרת ע"ו/י: כשהאות האמצעית נחה – זיהוי בבניינים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ק-ו-ם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היא מוכפלת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להעביר לבניין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4 · גזרת ע"ו/י: כשהאות האמצעית נחה – יישום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הֵקִים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קוֹמֵם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גזרת ע"ו/י: כשהאות האמצעית נחה –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(התפעל (משקל פולל))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5 · חסרי פ"נ: גזרה שכנה עם דגש תמורת נ'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השם „פ"נ” מציין שהאות הראשונה (פ' הפועל) היא נ'.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בחלק מהבניינים והזמנים, כמו הפעיל ועתיד קל, הנ' נבלעת ומשאירה דגש – היא לא נשמעת.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כשהנ' נבלעת באות שאחריה, היא משאירה סימן – דגש – כזכר לקיומה.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5 · חסרי פ"נ: גזרה שכנה עם דגש תמורת נ' – זיהוי בבניינים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היא נבלעת ומשאירה דגש באות שאחריה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קל בעבר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חסרי פ"נ: גזרה שכנה עם דגש תמורת נ'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חסרי פ"נ: גזרה שכנה עם דגש תמורת נ' – התאמת פועל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(נ-פ-ל)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(נ-ג-ע)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(נ-כ-ר)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(נ-ב-ט)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(נ-ג-ש)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6 · מסכם: זיהוי והשוואה בין כל הגזרות – זיהוי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ל״ה/י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מסתיים ב־וֹת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פ״י/ו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מסכם: זיהוי והשוואה בין כל הגזרות – תרגול לפי שיטת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אחרי השמטת ה־הִ וה־י של ההפעיל נשארות ו־ב־ל, והו׳ נחה בתחילת השורש.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הדגש בפ׳ מעיד על נ׳ שנבלעה – זו גזרת חסרי פ״נ, לא ע״ו/י.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הנ׳ נבלעת בעיקר בהפעיל, בהופעל, בנפעל ובעתיד קל.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מסכם: זיהוי והשוואה בין כל הגזרות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נָפַל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הִפִּיל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יִפֹּל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מסכם: זיהוי והשוואה בין כל הגזרות – השוואה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(קָנָה)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(הוֹבִיל)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(קָם)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(הִגִּיעַ)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זיהוי גזרות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מסתיים ב-וֹת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הוֹ־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ע"ו/י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השמטת מוספיות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מציג/ה את הסדר הנכון: הוא אתמול, בניין, השמטת מוספיות, ספירה, החלטה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את מיקום האות הנחה (ראשונה/אמצעית/אחרונה) ואת הגזרה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שבנחים האות קיימת אך לא נשמעת או נעלמת, ואילו בחסרי פ"נ האות כלל לא נכתבת אלא מסומנת בדגש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ולהתחיל תמיד בחזרה קצרה על חמשת צעדי שיטת הבלש מפרק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לפעלים דו-אותיים בבניין קל בלבד ולדלג על חסרי פ"נ ועל פולל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בהבדלים בין פ"י/ו לע"ו/י דרך מבחן הפעיל (הוּ_ַ_)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בטבלת השוואה בין הגזרה הנלמדת לגזרות קודמות, כהכנה לפרק המסכם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נגלה אותיות שמתחבאות בפעלים. בכל פרק יש פעלים לבדיקה. עבדו לאט, שלב אחרי שלב, וכתבו מה גיליתם.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שנושאות את המשמעות של המילה, כמו כ-ת-ב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שנכתבת אבל כמעט לא נשמעת, או נעלמת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שורשים שמתנהגים אותו דבר בגלל אות מיוחדת במקום קבוע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ל"ה/י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האחרונה בשורש היא ה' או י'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פ"י/ו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י' או ו'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ע"ו/י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האמצעית בשורש היא ו' או י'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חסרי פ"נ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שורשים שהאות הראשונה בהם היא נ', ולפעמים היא נבלעת ומשאירה דגש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מוספיות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שמתווספות לשורש כדי לבנות בניין, כמו הִ- בהפעיל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משבע התבניות שבהן נבנה הפועל: קל, נפעל, פיעל, פועל, הפעיל, הופעל, התפעל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בתוך אות שמסמנת לעיתים שאות אחרת נבלעה לתוכה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שיטת הבלש: חמשת הצעדים לאיתור שורש חסר – זיהוי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 כדי למצוא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ספירת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זיהוי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השמטת מוספיות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אותיות שורש יש ברוב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עוזרת לסמן מקום באות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אותיות הן 'אותיות נחות'?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ב, כ,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ו, י,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ש, ס, 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ת, ד, 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שיטת הבלש: חמשת הצעדים לאיתור שורש חסר – יישום על 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נחה היא אות שתמיד נכתבת ונשמעת בבירור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היא קבוצת שורשים שמתנהגים אותו דבר בגלל אות מיוחדת בשורש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השלישי בשיטת הבלש הוא השמטת מוספיות שהוסיף הבניין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שיטת הבלש: חמשת הצעדים לאיתור שורש חסר – תרגול על פעלים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'יקום' ב'הוא אתמול' הופך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בפועל 'הפנה', אחרי השמטת מוספיות הבניין (הפעיל) נשארות האותיות פ, נ,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נשארות שתי אותיות בעבר או בהווה בלי דגש, הפועל שייך לגזרת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3 · גזרת פ"י/ו: כשהאות הראשונה נחה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הראשונה בשורש היא תמיד ו׳, ולעולם לא י׳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הוֹבִיל שייך לגזרת פ"י/ו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נפעל, פעלים מגזרת פ"י/ו נשמעים בצליל נוֹ-, כמו בפועל נוֹלַד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בחמישה שורשים בלבד בניין הפעיל בגזרה זו נשמע בצליל הֵי- במקום הוֹ-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3 · גזרת פ"י/ו: כשהאות הראשונה נחה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הוֹדִיעַ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בבניין נפעל, "הוא אתמול" של השורש י/ו-ל-ד נשמע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הוּבַל הוא בבניין הופעל; כדי למצוא את שורשו מעבירים אותו לבניין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בעתיד של בניין קל, השורש י-ש-ן נשמע __________ בחיריק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מחמשת הפעלים המיוחדים שבהם ההפעיל נשמע הֵי- הוא הֵיטִיב, ששורשו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3 · גזרת פ"י/ו: כשהאות הראשונה נחה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מבחינים בין הוּרַד לבין הוּקַם, למרות ששניהם בתבנית זהה הוּ_ַ_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הפועל הוֹשִׁיב, ומצאו את שורשו לפי שיטת הבלש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בבניין הופעל של גזרת פ"י/ו שומעים שורוק (הוּ) ולא קובוץ, כמקובל בהופעל רגיל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שניים מחמשת הפעלים המיוחדים בהם ההפעיל נשמע הֵי-, וכתבו את שורש 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4 · גזרת ע"ו/י: כשהאות האמצעית נחה – זיהוי ראשוני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"שָׁר" הוא פועל דו-אותי מבניין קל, גזרת ע"ו/י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 בגזרת ע"ו/י, "הוא אתמול" נשמע בצליל נָ-וֹ, כמו נָסוֹג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הפעיל בגזרת ע"ו/י הה׳ מנוקדת בחיריק ולא בצירה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בהופעל בגזרת ע"ו/י שומעים שורוק במקום קובוץ, כמו ב"הוּקַם"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4 · גזרת ע"ו/י: כשהאות האמצעית נחה – זיהוי בבניינים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קָם – איזה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ק-ו-ם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ק-י-ם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ק-מ-ם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ק-ם-ה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בניין מופיע הצליל המיוחד הֵ-ִי, כמו ב"הֵרִים"?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במשקל פולל (במקום פיעל), מה קורה באות האחרונה של השורש?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נעלמת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מקבלת דגש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מוכפלת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לה׳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כדי למצוא את שורשו של "הוּרַם", מה הדרך הנכונה?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להשאיר כמו שהוא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לבניין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לבניין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להוסיף נ׳ בהתחלה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4 · גזרת ע"ו/י: כשהאות האמצעית נחה – יישום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פועל בעבר או בהווה שנשארות בו רק שתי אותיות בלי דגש שייך לבניין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הוֹ אתמול של השורש ק-ו-ם בבניין הפעיל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במשקל פולל של בניין פיעל מהשורש ק-ו-ם, הצורה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גזרת ע"ו/י: כשהאות האמצעית נחה –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שָׁר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הֵקִים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נָסוֹג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התפעל (משקל פולל)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הוּקַם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הִתְעוֹרֵר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הפעיל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5 · חסרי פ"נ: גזרה שכנה עם דגש תמורת נ'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חסרי פ"נ האות הראשונה בשורש היא נ'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הבניינים והזמנים הנ' בחסרי פ"נ נשמעת כרגיל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הדגש בפועל כמו הִפִּיל הוא „טביעת אצבע” של נ' שנבלעה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5 · חסרי פ"נ: גזרה שכנה עם דגש תמורת נ' – זיהוי בבניינים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לנ' במילה הגיע?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נשמעת כרגיל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נעלמת בלי שום סימן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נבלעת ומשאירה דגש באות שאחריה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הופכת לאות 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שומעים את הנ' בגזרה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חסרי פ"נ: גזרה שכנה עם דגש תמורת נ'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הִפִּיל הוא נ-פ-__________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בעתיד של בניין קל, הפועל יִפֹּל מגיע מהשורש נ-__________-ל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בפועל הֻגַּשׁ בבניין הופעל, אחרי השמטת מוספיות נשארות שתי אותיות עם __________ באות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חסרי פ"נ: גזרה שכנה עם דגש תמורת נ' – התאמת פועל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הִפִּיל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נ-ג-ש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הִגִּיעַ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נ-ב-ט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הִכִּיר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נ-ג-ע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הִבִּיט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נ-כ-ר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נִגַּשׁ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נ-פ-ל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6 · מסכם: זיהוי והשוואה בין כל הגזרות – זיהוי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קָם – באיזו 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קָנָה – באיזו 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מזהים ל״ה/י בשם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מסתיים ב־וֹת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מתחיל ב־הוֹ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דגש באות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נשארות רק 2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הוֹבִיל – באיזו 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פ״נ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מסכם: זיהוי והשוואה בין כל הגזרות – תרגול לפי שיטת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הוֹבִיל שייך לגזרת פ״י/ו כי האות הראשונה בשורש היא ו׳ שנחה.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הִפִּיל הוא דוגמה לגזרת ע״ו/י כי נשארות בו רק 2 אותיות.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בחסרי פ״נ, בבניין קל בעבר, הנ׳ בדרך כלל נשמעת ולא נבלעת – כמו בנָפַל ונָסַע.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מסכם: זיהוי והשוואה בין כל הגזרות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"הוא אתמול" של השורש נ-פ-ל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בבניין הפעיל, השורש נ-פ-ל הופך ל"__________" ונשארות 2 אותיות עם דגש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עתיד בבניין קל של השורש נ-פ-ל הוא __________ (חיריק ודגש חסר)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מסכם: זיהוי והשוואה בין כל הגזרות – השוואה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ל״ה/י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הִגִּיעַ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פ״י/ו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קָנָה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ע״ו/י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הוֹבִיל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חסרי פ״נ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קָם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זיהוי גזרות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פועל עם 2 אותיות בלבד בעבר/הווה – איזו 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מזהים ל"ה/י בשם הפועל (כמו "ל...")?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מסתיים ב-וֹת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מתחיל ב-הוֹ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דגש באות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אותיות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נשמע הפעיל בגזרת פ"י/ו?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הִ־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הוֹ־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הֵ־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הֻ־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"הוּבַל" – איזו 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2 אותיות עם דגש באות הראשונה – איזו 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"הֵקִים" – איזו 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מתי משתמשים במשקל פּוֹלֵל במקום פיעל?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עושים בצעד השלישי של שיטת הבלש?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העברה ל"הוא אתמול"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זיהוי הבניין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השמטת מוספיות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ספירת אותיות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את חמשת צעדי שיטת הבלש וסדרו אותם נכון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שלושה פעלים מגזרות שונות והסבירו איזו אות נחה בכל אחד ומדוע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את ההבדל בין אות נחה (כמו בל"ה/י) לבין אות שנבלעת ומשאירה דגש (כמו בחסרי פ"נ)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בלשי השורש: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